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4256" w:rsidRPr="00FD0CA2" w:rsidRDefault="00FD0CA2">
      <w:pPr>
        <w:pStyle w:val="Ttulo1"/>
        <w:rPr>
          <w:lang w:val="es-AR"/>
        </w:rPr>
      </w:pPr>
      <w:r>
        <w:rPr>
          <w:lang w:val="es-AR"/>
        </w:rPr>
        <w:t xml:space="preserve"> Modelo: </w:t>
      </w:r>
      <w:bookmarkStart w:id="0" w:name="_GoBack"/>
      <w:bookmarkEnd w:id="0"/>
      <w:r w:rsidRPr="00FD0CA2">
        <w:rPr>
          <w:lang w:val="es-AR"/>
        </w:rPr>
        <w:t>Estado Actual vs Estado Deseado en el Deporte</w:t>
      </w:r>
    </w:p>
    <w:p w:rsidR="00D94256" w:rsidRPr="00FD0CA2" w:rsidRDefault="00FD0CA2">
      <w:pPr>
        <w:pStyle w:val="Ttulo2"/>
        <w:rPr>
          <w:lang w:val="es-AR"/>
        </w:rPr>
      </w:pPr>
      <w:r w:rsidRPr="00FD0CA2">
        <w:rPr>
          <w:lang w:val="es-AR"/>
        </w:rPr>
        <w:t>1. Datos básicos</w:t>
      </w:r>
    </w:p>
    <w:p w:rsidR="00D94256" w:rsidRPr="00FD0CA2" w:rsidRDefault="00FD0CA2">
      <w:pPr>
        <w:rPr>
          <w:lang w:val="es-AR"/>
        </w:rPr>
      </w:pPr>
      <w:r w:rsidRPr="00FD0CA2">
        <w:rPr>
          <w:lang w:val="es-AR"/>
        </w:rPr>
        <w:t>• Nombre del deportista / equipo: ___________________________</w:t>
      </w:r>
    </w:p>
    <w:p w:rsidR="00D94256" w:rsidRPr="00FD0CA2" w:rsidRDefault="00FD0CA2">
      <w:pPr>
        <w:rPr>
          <w:lang w:val="es-AR"/>
        </w:rPr>
      </w:pPr>
      <w:r w:rsidRPr="00FD0CA2">
        <w:rPr>
          <w:lang w:val="es-AR"/>
        </w:rPr>
        <w:t>• Deporte / categoría: ___________________________________</w:t>
      </w:r>
    </w:p>
    <w:p w:rsidR="00D94256" w:rsidRPr="00FD0CA2" w:rsidRDefault="00FD0CA2">
      <w:pPr>
        <w:rPr>
          <w:lang w:val="es-AR"/>
        </w:rPr>
      </w:pPr>
      <w:r w:rsidRPr="00FD0CA2">
        <w:rPr>
          <w:lang w:val="es-AR"/>
        </w:rPr>
        <w:t>• Fecha: _______________________________________________</w:t>
      </w:r>
    </w:p>
    <w:p w:rsidR="00D94256" w:rsidRPr="00FD0CA2" w:rsidRDefault="00FD0CA2">
      <w:pPr>
        <w:pStyle w:val="Ttulo2"/>
        <w:rPr>
          <w:lang w:val="es-AR"/>
        </w:rPr>
      </w:pPr>
      <w:r w:rsidRPr="00FD0CA2">
        <w:rPr>
          <w:lang w:val="es-AR"/>
        </w:rPr>
        <w:t>2. Estado Actual vs Estado Deseado (Cuadro comparativo)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28"/>
        <w:gridCol w:w="4428"/>
      </w:tblGrid>
      <w:tr w:rsidR="00D94256">
        <w:tc>
          <w:tcPr>
            <w:tcW w:w="4320" w:type="dxa"/>
          </w:tcPr>
          <w:p w:rsidR="00D94256" w:rsidRDefault="00FD0CA2">
            <w:r>
              <w:t>Estado Actual (Hoy)</w:t>
            </w:r>
          </w:p>
        </w:tc>
        <w:tc>
          <w:tcPr>
            <w:tcW w:w="4320" w:type="dxa"/>
          </w:tcPr>
          <w:p w:rsidR="00D94256" w:rsidRDefault="00FD0CA2">
            <w:r>
              <w:t>Estado Deseado (Meta)</w:t>
            </w:r>
          </w:p>
        </w:tc>
      </w:tr>
      <w:tr w:rsidR="00D94256">
        <w:tc>
          <w:tcPr>
            <w:tcW w:w="4320" w:type="dxa"/>
          </w:tcPr>
          <w:p w:rsidR="00D94256" w:rsidRDefault="00FD0CA2">
            <w:r w:rsidRPr="00FD0CA2">
              <w:rPr>
                <w:lang w:val="es-AR"/>
              </w:rPr>
              <w:br/>
              <w:t>- ¿Cómo describís tu rendimiento actual?</w:t>
            </w:r>
            <w:r w:rsidRPr="00FD0CA2">
              <w:rPr>
                <w:lang w:val="es-AR"/>
              </w:rPr>
              <w:br/>
              <w:t>- ¿Qué logros recientes alcanzaste?</w:t>
            </w:r>
            <w:r w:rsidRPr="00FD0CA2">
              <w:rPr>
                <w:lang w:val="es-AR"/>
              </w:rPr>
              <w:br/>
              <w:t>- ¿Cuáles son tus principales fortalezas hoy?</w:t>
            </w:r>
            <w:r w:rsidRPr="00FD0CA2">
              <w:rPr>
                <w:lang w:val="es-AR"/>
              </w:rPr>
              <w:br/>
              <w:t>- ¿Qué aspectos te limitan?</w:t>
            </w:r>
            <w:r w:rsidRPr="00FD0CA2">
              <w:rPr>
                <w:lang w:val="es-AR"/>
              </w:rPr>
              <w:br/>
              <w:t>- ¿Qu</w:t>
            </w:r>
            <w:r w:rsidRPr="00FD0CA2">
              <w:rPr>
                <w:lang w:val="es-AR"/>
              </w:rPr>
              <w:t xml:space="preserve">é hábitos o rutinas ya </w:t>
            </w:r>
            <w:proofErr w:type="spellStart"/>
            <w:r w:rsidRPr="00FD0CA2">
              <w:rPr>
                <w:lang w:val="es-AR"/>
              </w:rPr>
              <w:t>tenés</w:t>
            </w:r>
            <w:proofErr w:type="spellEnd"/>
            <w:r w:rsidRPr="00FD0CA2">
              <w:rPr>
                <w:lang w:val="es-AR"/>
              </w:rPr>
              <w:t>?</w:t>
            </w:r>
            <w:r w:rsidRPr="00FD0CA2">
              <w:rPr>
                <w:lang w:val="es-AR"/>
              </w:rPr>
              <w:br/>
            </w:r>
            <w:r w:rsidRPr="00FD0CA2">
              <w:rPr>
                <w:lang w:val="es-AR"/>
              </w:rPr>
              <w:br/>
            </w:r>
            <w:r>
              <w:t>__________________________________________________________</w:t>
            </w:r>
          </w:p>
        </w:tc>
        <w:tc>
          <w:tcPr>
            <w:tcW w:w="4320" w:type="dxa"/>
          </w:tcPr>
          <w:p w:rsidR="00D94256" w:rsidRDefault="00FD0CA2">
            <w:r w:rsidRPr="00FD0CA2">
              <w:rPr>
                <w:lang w:val="es-AR"/>
              </w:rPr>
              <w:br/>
              <w:t>- ¿Dónde te gustaría estar en 3, 6 o 12 meses?</w:t>
            </w:r>
            <w:r w:rsidRPr="00FD0CA2">
              <w:rPr>
                <w:lang w:val="es-AR"/>
              </w:rPr>
              <w:br/>
              <w:t xml:space="preserve">- ¿Qué resultados concretos </w:t>
            </w:r>
            <w:proofErr w:type="spellStart"/>
            <w:r w:rsidRPr="00FD0CA2">
              <w:rPr>
                <w:lang w:val="es-AR"/>
              </w:rPr>
              <w:t>querés</w:t>
            </w:r>
            <w:proofErr w:type="spellEnd"/>
            <w:r w:rsidRPr="00FD0CA2">
              <w:rPr>
                <w:lang w:val="es-AR"/>
              </w:rPr>
              <w:t xml:space="preserve"> lograr?</w:t>
            </w:r>
            <w:r w:rsidRPr="00FD0CA2">
              <w:rPr>
                <w:lang w:val="es-AR"/>
              </w:rPr>
              <w:br/>
              <w:t xml:space="preserve">- ¿Qué habilidades </w:t>
            </w:r>
            <w:proofErr w:type="spellStart"/>
            <w:r w:rsidRPr="00FD0CA2">
              <w:rPr>
                <w:lang w:val="es-AR"/>
              </w:rPr>
              <w:t>querés</w:t>
            </w:r>
            <w:proofErr w:type="spellEnd"/>
            <w:r w:rsidRPr="00FD0CA2">
              <w:rPr>
                <w:lang w:val="es-AR"/>
              </w:rPr>
              <w:t xml:space="preserve"> mejorar?</w:t>
            </w:r>
            <w:r w:rsidRPr="00FD0CA2">
              <w:rPr>
                <w:lang w:val="es-AR"/>
              </w:rPr>
              <w:br/>
              <w:t xml:space="preserve">- ¿Qué nuevos hábitos </w:t>
            </w:r>
            <w:proofErr w:type="spellStart"/>
            <w:r w:rsidRPr="00FD0CA2">
              <w:rPr>
                <w:lang w:val="es-AR"/>
              </w:rPr>
              <w:t>querés</w:t>
            </w:r>
            <w:proofErr w:type="spellEnd"/>
            <w:r w:rsidRPr="00FD0CA2">
              <w:rPr>
                <w:lang w:val="es-AR"/>
              </w:rPr>
              <w:t xml:space="preserve"> incorporar?</w:t>
            </w:r>
            <w:r w:rsidRPr="00FD0CA2">
              <w:rPr>
                <w:lang w:val="es-AR"/>
              </w:rPr>
              <w:br/>
              <w:t>- ¿Cómo sabrás que alcanzaste tu meta?</w:t>
            </w:r>
            <w:r w:rsidRPr="00FD0CA2">
              <w:rPr>
                <w:lang w:val="es-AR"/>
              </w:rPr>
              <w:br/>
            </w:r>
            <w:r w:rsidRPr="00FD0CA2">
              <w:rPr>
                <w:lang w:val="es-AR"/>
              </w:rPr>
              <w:br/>
            </w:r>
            <w:r>
              <w:t>__________________________________________________________</w:t>
            </w:r>
          </w:p>
        </w:tc>
      </w:tr>
    </w:tbl>
    <w:p w:rsidR="00D94256" w:rsidRPr="00FD0CA2" w:rsidRDefault="00FD0CA2">
      <w:pPr>
        <w:pStyle w:val="Ttulo2"/>
        <w:rPr>
          <w:lang w:val="es-AR"/>
        </w:rPr>
      </w:pPr>
      <w:r w:rsidRPr="00FD0CA2">
        <w:rPr>
          <w:lang w:val="es-AR"/>
        </w:rPr>
        <w:t>3. Brecha (diferencia entre actual y deseado)</w:t>
      </w:r>
    </w:p>
    <w:p w:rsidR="00D94256" w:rsidRPr="00FD0CA2" w:rsidRDefault="00FD0CA2">
      <w:pPr>
        <w:rPr>
          <w:lang w:val="es-AR"/>
        </w:rPr>
      </w:pPr>
      <w:r w:rsidRPr="00FD0CA2">
        <w:rPr>
          <w:lang w:val="es-AR"/>
        </w:rPr>
        <w:t>• ¿Qué te falta hoy para llegar a tu objetivo?</w:t>
      </w:r>
      <w:r w:rsidRPr="00FD0CA2">
        <w:rPr>
          <w:lang w:val="es-AR"/>
        </w:rPr>
        <w:br/>
        <w:t>• ¿Qué hábitos deberías dejar, cambiar o sumar?</w:t>
      </w:r>
      <w:r w:rsidRPr="00FD0CA2">
        <w:rPr>
          <w:lang w:val="es-AR"/>
        </w:rPr>
        <w:br/>
        <w:t xml:space="preserve">• ¿Qué apoyos </w:t>
      </w:r>
      <w:r w:rsidRPr="00FD0CA2">
        <w:rPr>
          <w:lang w:val="es-AR"/>
        </w:rPr>
        <w:t xml:space="preserve">o recursos </w:t>
      </w:r>
      <w:proofErr w:type="spellStart"/>
      <w:r w:rsidRPr="00FD0CA2">
        <w:rPr>
          <w:lang w:val="es-AR"/>
        </w:rPr>
        <w:t>necesitás</w:t>
      </w:r>
      <w:proofErr w:type="spellEnd"/>
      <w:r w:rsidRPr="00FD0CA2">
        <w:rPr>
          <w:lang w:val="es-AR"/>
        </w:rPr>
        <w:t>?</w:t>
      </w:r>
      <w:r w:rsidRPr="00FD0CA2">
        <w:rPr>
          <w:lang w:val="es-AR"/>
        </w:rPr>
        <w:br/>
        <w:t>• ¿Qué obstáculos pueden aparecer en el camino?</w:t>
      </w:r>
      <w:r w:rsidRPr="00FD0CA2">
        <w:rPr>
          <w:lang w:val="es-AR"/>
        </w:rPr>
        <w:br/>
      </w:r>
      <w:r w:rsidRPr="00FD0CA2">
        <w:rPr>
          <w:lang w:val="es-AR"/>
        </w:rPr>
        <w:br/>
        <w:t>Puntos a trabajar:</w:t>
      </w:r>
      <w:r w:rsidRPr="00FD0CA2">
        <w:rPr>
          <w:lang w:val="es-AR"/>
        </w:rPr>
        <w:br/>
        <w:t>__________________________________________________________</w:t>
      </w:r>
      <w:r w:rsidRPr="00FD0CA2">
        <w:rPr>
          <w:lang w:val="es-AR"/>
        </w:rPr>
        <w:br/>
        <w:t>__________________________________________________________</w:t>
      </w:r>
    </w:p>
    <w:p w:rsidR="00D94256" w:rsidRPr="00FD0CA2" w:rsidRDefault="00FD0CA2">
      <w:pPr>
        <w:pStyle w:val="Ttulo2"/>
        <w:rPr>
          <w:lang w:val="es-AR"/>
        </w:rPr>
      </w:pPr>
      <w:r w:rsidRPr="00FD0CA2">
        <w:rPr>
          <w:lang w:val="es-AR"/>
        </w:rPr>
        <w:t>4. Plan de Acción (primeros pasos concretos)</w:t>
      </w:r>
    </w:p>
    <w:p w:rsidR="00D94256" w:rsidRPr="00FD0CA2" w:rsidRDefault="00FD0CA2">
      <w:pPr>
        <w:rPr>
          <w:lang w:val="es-AR"/>
        </w:rPr>
      </w:pPr>
      <w:r w:rsidRPr="00FD0CA2">
        <w:rPr>
          <w:lang w:val="es-AR"/>
        </w:rPr>
        <w:t>Acc</w:t>
      </w:r>
      <w:r w:rsidRPr="00FD0CA2">
        <w:rPr>
          <w:lang w:val="es-AR"/>
        </w:rPr>
        <w:t>ión 1: ___________________________________________</w:t>
      </w:r>
    </w:p>
    <w:p w:rsidR="00D94256" w:rsidRPr="00FD0CA2" w:rsidRDefault="00FD0CA2">
      <w:pPr>
        <w:rPr>
          <w:lang w:val="es-AR"/>
        </w:rPr>
      </w:pPr>
      <w:r w:rsidRPr="00FD0CA2">
        <w:rPr>
          <w:lang w:val="es-AR"/>
        </w:rPr>
        <w:t>Acción 2: ___________________________________________</w:t>
      </w:r>
    </w:p>
    <w:p w:rsidR="00D94256" w:rsidRPr="00FD0CA2" w:rsidRDefault="00FD0CA2">
      <w:pPr>
        <w:rPr>
          <w:lang w:val="es-AR"/>
        </w:rPr>
      </w:pPr>
      <w:r w:rsidRPr="00FD0CA2">
        <w:rPr>
          <w:lang w:val="es-AR"/>
        </w:rPr>
        <w:t>Acción 3: ___________________________________________</w:t>
      </w:r>
    </w:p>
    <w:p w:rsidR="00D94256" w:rsidRPr="00FD0CA2" w:rsidRDefault="00FD0CA2">
      <w:pPr>
        <w:rPr>
          <w:lang w:val="es-AR"/>
        </w:rPr>
      </w:pPr>
      <w:r w:rsidRPr="00FD0CA2">
        <w:rPr>
          <w:lang w:val="es-AR"/>
        </w:rPr>
        <w:t>Plazo estimado: _____________________________________</w:t>
      </w:r>
    </w:p>
    <w:p w:rsidR="00D94256" w:rsidRPr="00FD0CA2" w:rsidRDefault="00FD0CA2">
      <w:pPr>
        <w:rPr>
          <w:lang w:val="es-AR"/>
        </w:rPr>
      </w:pPr>
      <w:r w:rsidRPr="00FD0CA2">
        <w:rPr>
          <w:lang w:val="es-AR"/>
        </w:rPr>
        <w:t>Seguimiento / revisión: ___________________</w:t>
      </w:r>
      <w:r w:rsidRPr="00FD0CA2">
        <w:rPr>
          <w:lang w:val="es-AR"/>
        </w:rPr>
        <w:t>____________</w:t>
      </w:r>
    </w:p>
    <w:sectPr w:rsidR="00D94256" w:rsidRPr="00FD0CA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D94256"/>
    <w:rsid w:val="00FC693F"/>
    <w:rsid w:val="00FD0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DA0BF24-8CB3-476B-9BA2-24EF3E610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237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1540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Usuario</cp:lastModifiedBy>
  <cp:revision>2</cp:revision>
  <dcterms:created xsi:type="dcterms:W3CDTF">2013-12-23T23:15:00Z</dcterms:created>
  <dcterms:modified xsi:type="dcterms:W3CDTF">2025-09-25T12:28:00Z</dcterms:modified>
  <cp:category/>
</cp:coreProperties>
</file>