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7A2" w:rsidRPr="003F1D20" w:rsidRDefault="00E043F9">
      <w:pPr>
        <w:pStyle w:val="Ttulo"/>
        <w:rPr>
          <w:rFonts w:cstheme="majorHAnsi"/>
          <w:b/>
          <w:i/>
          <w:color w:val="auto"/>
          <w:sz w:val="26"/>
          <w:szCs w:val="26"/>
        </w:rPr>
      </w:pPr>
      <w:r w:rsidRPr="003F1D20">
        <w:rPr>
          <w:rFonts w:cstheme="majorHAnsi"/>
          <w:b/>
          <w:i/>
          <w:color w:val="auto"/>
          <w:sz w:val="26"/>
          <w:szCs w:val="26"/>
        </w:rPr>
        <w:t>Guía Completa: Objetivos SMART &amp; HARD en Coaching Deportivo</w:t>
      </w:r>
    </w:p>
    <w:p w:rsidR="008F27A2" w:rsidRPr="00E043F9" w:rsidRDefault="00E043F9">
      <w:pPr>
        <w:pStyle w:val="Ttulo1"/>
        <w:rPr>
          <w:rFonts w:cstheme="majorHAnsi"/>
          <w:color w:val="auto"/>
          <w:sz w:val="24"/>
          <w:szCs w:val="24"/>
        </w:rPr>
      </w:pPr>
      <w:r w:rsidRPr="00E043F9">
        <w:rPr>
          <w:rFonts w:cstheme="majorHAnsi"/>
          <w:color w:val="auto"/>
          <w:sz w:val="24"/>
          <w:szCs w:val="24"/>
        </w:rPr>
        <w:t>1. Introducción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¿Qué es un Objetivo?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Un objetivo es una meta con dirección y decisión. No es un deseo (“quiero mejorar”), sino un</w:t>
      </w:r>
      <w:r w:rsidRPr="003F1D20">
        <w:rPr>
          <w:rFonts w:asciiTheme="majorHAnsi" w:hAnsiTheme="majorHAnsi" w:cstheme="majorHAnsi"/>
          <w:sz w:val="24"/>
          <w:szCs w:val="24"/>
          <w:lang w:val="es-AR"/>
        </w:rPr>
        <w:t xml:space="preserve"> compromiso</w:t>
      </w:r>
      <w:r w:rsidRPr="00913EAC">
        <w:rPr>
          <w:rFonts w:asciiTheme="majorHAnsi" w:hAnsiTheme="majorHAnsi" w:cstheme="majorHAnsi"/>
          <w:sz w:val="24"/>
          <w:szCs w:val="24"/>
        </w:rPr>
        <w:t xml:space="preserve"> concreto que el deportista está dispuesto a trabajar. Un objetivo transforma la voluntad en conducta, y el esfuerzo en progreso.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En el deporte, un objetivo cumple tres funciones clave: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Mental: define qué entrenar y para qué.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Emocional: sostiene la motivación cuando aparece el cansancio.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Conductual: organiza el plan de acción (series, tiempos, descansos).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3F1D20" w:rsidRDefault="003F1D20" w:rsidP="003F1D20">
      <w:pPr>
        <w:ind w:right="-858"/>
        <w:rPr>
          <w:rFonts w:asciiTheme="majorHAnsi" w:hAnsiTheme="majorHAnsi" w:cstheme="majorHAnsi"/>
          <w:i/>
          <w:sz w:val="24"/>
          <w:szCs w:val="24"/>
        </w:rPr>
      </w:pPr>
      <w:r w:rsidRPr="003F1D20">
        <w:rPr>
          <w:rFonts w:asciiTheme="majorHAnsi" w:hAnsiTheme="majorHAnsi" w:cstheme="majorHAnsi"/>
          <w:i/>
          <w:sz w:val="24"/>
          <w:szCs w:val="24"/>
        </w:rPr>
        <w:t>“Un deportista sin objetivos puede entrenar mucho… pero mejorar poco.”</w:t>
      </w:r>
    </w:p>
    <w:p w:rsidR="008F27A2" w:rsidRDefault="00E043F9">
      <w:pPr>
        <w:rPr>
          <w:rFonts w:asciiTheme="majorHAnsi" w:hAnsiTheme="majorHAnsi" w:cstheme="majorHAnsi"/>
          <w:sz w:val="24"/>
          <w:szCs w:val="24"/>
        </w:rPr>
      </w:pPr>
      <w:r w:rsidRPr="00E043F9">
        <w:rPr>
          <w:rFonts w:asciiTheme="majorHAnsi" w:hAnsiTheme="majorHAnsi" w:cstheme="majorHAnsi"/>
          <w:sz w:val="24"/>
          <w:szCs w:val="24"/>
        </w:rPr>
        <w:br/>
        <w:t>En el deporte ayudan a:</w:t>
      </w:r>
      <w:r w:rsidRPr="00E043F9">
        <w:rPr>
          <w:rFonts w:asciiTheme="majorHAnsi" w:hAnsiTheme="majorHAnsi" w:cstheme="majorHAnsi"/>
          <w:sz w:val="24"/>
          <w:szCs w:val="24"/>
        </w:rPr>
        <w:br/>
        <w:t>- Dar dirección y foco al entrenamiento.</w:t>
      </w:r>
      <w:r w:rsidRPr="00E043F9">
        <w:rPr>
          <w:rFonts w:asciiTheme="majorHAnsi" w:hAnsiTheme="majorHAnsi" w:cstheme="majorHAnsi"/>
          <w:sz w:val="24"/>
          <w:szCs w:val="24"/>
        </w:rPr>
        <w:br/>
        <w:t>- Incrementar motivación y compromiso.</w:t>
      </w:r>
      <w:r w:rsidRPr="00E043F9">
        <w:rPr>
          <w:rFonts w:asciiTheme="majorHAnsi" w:hAnsiTheme="majorHAnsi" w:cstheme="majorHAnsi"/>
          <w:sz w:val="24"/>
          <w:szCs w:val="24"/>
        </w:rPr>
        <w:br/>
        <w:t>- Medir avances y ajustar estrategias.</w:t>
      </w:r>
      <w:r w:rsidRPr="00E043F9">
        <w:rPr>
          <w:rFonts w:asciiTheme="majorHAnsi" w:hAnsiTheme="majorHAnsi" w:cstheme="majorHAnsi"/>
          <w:sz w:val="24"/>
          <w:szCs w:val="24"/>
        </w:rPr>
        <w:br/>
      </w:r>
      <w:r w:rsidRPr="00E043F9">
        <w:rPr>
          <w:rFonts w:asciiTheme="majorHAnsi" w:hAnsiTheme="majorHAnsi" w:cstheme="majorHAnsi"/>
          <w:sz w:val="24"/>
          <w:szCs w:val="24"/>
        </w:rPr>
        <w:br/>
        <w:t>Ejemplo:</w:t>
      </w:r>
      <w:r w:rsidRPr="00E043F9">
        <w:rPr>
          <w:rFonts w:asciiTheme="majorHAnsi" w:hAnsiTheme="majorHAnsi" w:cstheme="majorHAnsi"/>
          <w:sz w:val="24"/>
          <w:szCs w:val="24"/>
        </w:rPr>
        <w:br/>
        <w:t>- Deseo: “Quiero mejorar mi resistencia”.</w:t>
      </w:r>
      <w:r w:rsidRPr="00E043F9">
        <w:rPr>
          <w:rFonts w:asciiTheme="majorHAnsi" w:hAnsiTheme="majorHAnsi" w:cstheme="majorHAnsi"/>
          <w:sz w:val="24"/>
          <w:szCs w:val="24"/>
        </w:rPr>
        <w:br/>
        <w:t>- Objetivo: “Correr 10 km en menos de 50 minutos dentro de 3 meses entrenando 4 veces por semana”.</w:t>
      </w:r>
    </w:p>
    <w:p w:rsidR="003F1D20" w:rsidRDefault="003F1D20">
      <w:pPr>
        <w:rPr>
          <w:rFonts w:asciiTheme="majorHAnsi" w:hAnsiTheme="majorHAnsi" w:cstheme="majorHAnsi"/>
          <w:sz w:val="24"/>
          <w:szCs w:val="24"/>
        </w:rPr>
      </w:pPr>
    </w:p>
    <w:p w:rsidR="003F1D20" w:rsidRPr="003F1D20" w:rsidRDefault="003F1D20" w:rsidP="003F1D20">
      <w:pPr>
        <w:ind w:right="-858"/>
        <w:rPr>
          <w:rFonts w:asciiTheme="majorHAnsi" w:hAnsiTheme="majorHAnsi" w:cstheme="majorHAnsi"/>
          <w:b/>
          <w:sz w:val="24"/>
          <w:szCs w:val="24"/>
        </w:rPr>
      </w:pPr>
      <w:r w:rsidRPr="003F1D20">
        <w:rPr>
          <w:rFonts w:asciiTheme="majorHAnsi" w:hAnsiTheme="majorHAnsi" w:cstheme="majorHAnsi"/>
          <w:b/>
          <w:sz w:val="24"/>
          <w:szCs w:val="24"/>
        </w:rPr>
        <w:t>¿Para Qué Sirven los Objetivos?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Dar dirección al entrenamiento.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Mantener la motivación y compromiso interno.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Medir el progreso y resultados.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lastRenderedPageBreak/>
        <w:t>- Conectar el esfuerzo con un sentido personal.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3F1D20" w:rsidRDefault="003F1D20" w:rsidP="003F1D20">
      <w:pPr>
        <w:ind w:right="-858"/>
        <w:rPr>
          <w:rFonts w:asciiTheme="majorHAnsi" w:hAnsiTheme="majorHAnsi" w:cstheme="majorHAnsi"/>
          <w:b/>
          <w:sz w:val="24"/>
          <w:szCs w:val="24"/>
        </w:rPr>
      </w:pPr>
      <w:r w:rsidRPr="003F1D20">
        <w:rPr>
          <w:rFonts w:asciiTheme="majorHAnsi" w:hAnsiTheme="majorHAnsi" w:cstheme="majorHAnsi"/>
          <w:b/>
          <w:sz w:val="24"/>
          <w:szCs w:val="24"/>
        </w:rPr>
        <w:t>¿Cada Cuánto se Revisan o Ajustan?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Los objetivos no son estáticos, se revisan según el proceso: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Corto plazo: Semanas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Mediano plazo: 1-3 meses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Largo plazo: Temporada/año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Tipos de Objetivos Deportivos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Resultado: Ganar el torneo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Rendimiento: Bajar mi tiempo de 10K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Proceso: Entrenar 4 veces/semana</w:t>
      </w:r>
    </w:p>
    <w:p w:rsidR="003F1D20" w:rsidRPr="00E043F9" w:rsidRDefault="003F1D20">
      <w:pPr>
        <w:rPr>
          <w:rFonts w:asciiTheme="majorHAnsi" w:hAnsiTheme="majorHAnsi" w:cstheme="majorHAnsi"/>
          <w:sz w:val="24"/>
          <w:szCs w:val="24"/>
        </w:rPr>
      </w:pPr>
    </w:p>
    <w:p w:rsidR="008F27A2" w:rsidRPr="00E043F9" w:rsidRDefault="00E043F9">
      <w:pPr>
        <w:pStyle w:val="Ttulo1"/>
        <w:rPr>
          <w:rFonts w:cstheme="majorHAnsi"/>
          <w:color w:val="auto"/>
          <w:sz w:val="24"/>
          <w:szCs w:val="24"/>
        </w:rPr>
      </w:pPr>
      <w:r w:rsidRPr="00E043F9">
        <w:rPr>
          <w:rFonts w:cstheme="majorHAnsi"/>
          <w:color w:val="auto"/>
          <w:sz w:val="24"/>
          <w:szCs w:val="24"/>
        </w:rPr>
        <w:t>Objetivos SMART</w:t>
      </w:r>
    </w:p>
    <w:p w:rsidR="008F27A2" w:rsidRPr="00E043F9" w:rsidRDefault="003F1D20">
      <w:pPr>
        <w:pStyle w:val="Ttulo2"/>
        <w:rPr>
          <w:rFonts w:cstheme="majorHAnsi"/>
          <w:color w:val="auto"/>
          <w:sz w:val="24"/>
          <w:szCs w:val="24"/>
        </w:rPr>
      </w:pPr>
      <w:r>
        <w:rPr>
          <w:rFonts w:cstheme="majorHAnsi"/>
          <w:color w:val="auto"/>
          <w:sz w:val="24"/>
          <w:szCs w:val="24"/>
        </w:rPr>
        <w:t>¿</w:t>
      </w:r>
      <w:r w:rsidR="00E043F9" w:rsidRPr="00E043F9">
        <w:rPr>
          <w:rFonts w:cstheme="majorHAnsi"/>
          <w:color w:val="auto"/>
          <w:sz w:val="24"/>
          <w:szCs w:val="24"/>
        </w:rPr>
        <w:t xml:space="preserve"> Qué son</w:t>
      </w:r>
      <w:r>
        <w:rPr>
          <w:rFonts w:cstheme="majorHAnsi"/>
          <w:color w:val="auto"/>
          <w:sz w:val="24"/>
          <w:szCs w:val="24"/>
        </w:rPr>
        <w:t>?</w:t>
      </w:r>
    </w:p>
    <w:p w:rsidR="008F27A2" w:rsidRPr="00E043F9" w:rsidRDefault="00E043F9">
      <w:pPr>
        <w:rPr>
          <w:rFonts w:asciiTheme="majorHAnsi" w:hAnsiTheme="majorHAnsi" w:cstheme="majorHAnsi"/>
          <w:sz w:val="24"/>
          <w:szCs w:val="24"/>
        </w:rPr>
      </w:pPr>
      <w:r w:rsidRPr="00E043F9">
        <w:rPr>
          <w:rFonts w:asciiTheme="majorHAnsi" w:hAnsiTheme="majorHAnsi" w:cstheme="majorHAnsi"/>
          <w:sz w:val="24"/>
          <w:szCs w:val="24"/>
        </w:rPr>
        <w:t>Los objetivos SMART son claros, medibles, alcanzables, relevantes y con tiempo definido, garantizando que el deportista tenga un plan concreto.</w:t>
      </w:r>
    </w:p>
    <w:tbl>
      <w:tblPr>
        <w:tblW w:w="0" w:type="auto"/>
        <w:tblLook w:val="04A0"/>
      </w:tblPr>
      <w:tblGrid>
        <w:gridCol w:w="2160"/>
        <w:gridCol w:w="2160"/>
        <w:gridCol w:w="2160"/>
        <w:gridCol w:w="2160"/>
      </w:tblGrid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Letra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Inglés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Español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Qué significa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Specific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Específico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Claro, concreto, sin ambigüedad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M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Measurable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Medible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Se puede evaluar con números, tiempos o indicadores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A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Achievable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Alcanzable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 xml:space="preserve">Posible con recursos y </w:t>
            </w:r>
            <w:r w:rsidRPr="00E043F9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capacidades disponibles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R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Realistic / Relevant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Realista / Relevante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Tiene sentido en la vida y contexto del deportista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T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Time-bound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Con límite de tiempo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Tiene un plazo definido para cumplirse</w:t>
            </w:r>
          </w:p>
        </w:tc>
      </w:tr>
    </w:tbl>
    <w:p w:rsidR="008F27A2" w:rsidRPr="00E043F9" w:rsidRDefault="00E043F9">
      <w:pPr>
        <w:pStyle w:val="Ttulo2"/>
        <w:rPr>
          <w:rFonts w:cstheme="majorHAnsi"/>
          <w:color w:val="auto"/>
          <w:sz w:val="24"/>
          <w:szCs w:val="24"/>
        </w:rPr>
      </w:pPr>
      <w:r w:rsidRPr="00E043F9">
        <w:rPr>
          <w:rFonts w:cstheme="majorHAnsi"/>
          <w:color w:val="auto"/>
          <w:sz w:val="24"/>
          <w:szCs w:val="24"/>
        </w:rPr>
        <w:t>Ejemplo completo SMART</w:t>
      </w:r>
    </w:p>
    <w:p w:rsidR="008F27A2" w:rsidRPr="00E043F9" w:rsidRDefault="00E043F9">
      <w:pPr>
        <w:rPr>
          <w:rFonts w:asciiTheme="majorHAnsi" w:hAnsiTheme="majorHAnsi" w:cstheme="majorHAnsi"/>
          <w:sz w:val="24"/>
          <w:szCs w:val="24"/>
        </w:rPr>
      </w:pPr>
      <w:r w:rsidRPr="00E043F9">
        <w:rPr>
          <w:rFonts w:asciiTheme="majorHAnsi" w:hAnsiTheme="majorHAnsi" w:cstheme="majorHAnsi"/>
          <w:sz w:val="24"/>
          <w:szCs w:val="24"/>
        </w:rPr>
        <w:t>“Correr 10 km en menos de 50 minutos en la carrera de Santa Fe dentro de 3 meses, entrenando 4 veces por semana, para mejorar mi marca personal y clasificar al torneo regional.”</w:t>
      </w:r>
    </w:p>
    <w:p w:rsidR="008F27A2" w:rsidRPr="00E043F9" w:rsidRDefault="00E043F9">
      <w:pPr>
        <w:pStyle w:val="Ttulo1"/>
        <w:rPr>
          <w:rFonts w:cstheme="majorHAnsi"/>
          <w:color w:val="auto"/>
          <w:sz w:val="24"/>
          <w:szCs w:val="24"/>
        </w:rPr>
      </w:pPr>
      <w:r w:rsidRPr="00E043F9">
        <w:rPr>
          <w:rFonts w:cstheme="majorHAnsi"/>
          <w:color w:val="auto"/>
          <w:sz w:val="24"/>
          <w:szCs w:val="24"/>
        </w:rPr>
        <w:t>Objetivos HARD</w:t>
      </w:r>
    </w:p>
    <w:p w:rsidR="008F27A2" w:rsidRPr="00E043F9" w:rsidRDefault="003F1D20">
      <w:pPr>
        <w:pStyle w:val="Ttulo2"/>
        <w:rPr>
          <w:rFonts w:cstheme="majorHAnsi"/>
          <w:color w:val="auto"/>
          <w:sz w:val="24"/>
          <w:szCs w:val="24"/>
        </w:rPr>
      </w:pPr>
      <w:r>
        <w:rPr>
          <w:rFonts w:cstheme="majorHAnsi"/>
          <w:color w:val="auto"/>
          <w:sz w:val="24"/>
          <w:szCs w:val="24"/>
        </w:rPr>
        <w:t>¿</w:t>
      </w:r>
      <w:r w:rsidR="00E043F9" w:rsidRPr="00E043F9">
        <w:rPr>
          <w:rFonts w:cstheme="majorHAnsi"/>
          <w:color w:val="auto"/>
          <w:sz w:val="24"/>
          <w:szCs w:val="24"/>
        </w:rPr>
        <w:t>Qué son</w:t>
      </w:r>
      <w:r>
        <w:rPr>
          <w:rFonts w:cstheme="majorHAnsi"/>
          <w:color w:val="auto"/>
          <w:sz w:val="24"/>
          <w:szCs w:val="24"/>
        </w:rPr>
        <w:t>?</w:t>
      </w:r>
    </w:p>
    <w:p w:rsidR="008F27A2" w:rsidRPr="00E043F9" w:rsidRDefault="00E043F9">
      <w:pPr>
        <w:rPr>
          <w:rFonts w:asciiTheme="majorHAnsi" w:hAnsiTheme="majorHAnsi" w:cstheme="majorHAnsi"/>
          <w:sz w:val="24"/>
          <w:szCs w:val="24"/>
        </w:rPr>
      </w:pPr>
      <w:r w:rsidRPr="00E043F9">
        <w:rPr>
          <w:rFonts w:asciiTheme="majorHAnsi" w:hAnsiTheme="majorHAnsi" w:cstheme="majorHAnsi"/>
          <w:sz w:val="24"/>
          <w:szCs w:val="24"/>
        </w:rPr>
        <w:t>Objetivos que conectan con la emoción, desafío y propósito del deportista. Complementan SMART agregando motivación interna y energía emocional.</w:t>
      </w:r>
    </w:p>
    <w:tbl>
      <w:tblPr>
        <w:tblW w:w="0" w:type="auto"/>
        <w:tblLook w:val="04A0"/>
      </w:tblPr>
      <w:tblGrid>
        <w:gridCol w:w="2160"/>
        <w:gridCol w:w="2160"/>
        <w:gridCol w:w="2160"/>
        <w:gridCol w:w="2160"/>
      </w:tblGrid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Letra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Inglés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Español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Qué significa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H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Heartfelt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Con corazón / Emocional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Conecta con valores y motivaciones profundas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A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Animated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Visualizados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Se pueden imaginar vívidamente como si ya se lograra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R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Required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Necesarios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Importantes y urgentes para el deportista</w:t>
            </w:r>
          </w:p>
        </w:tc>
      </w:tr>
      <w:tr w:rsidR="008F27A2" w:rsidRPr="00E043F9"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D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Difficult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Desafiantes</w:t>
            </w:r>
          </w:p>
        </w:tc>
        <w:tc>
          <w:tcPr>
            <w:tcW w:w="2160" w:type="dxa"/>
          </w:tcPr>
          <w:p w:rsidR="008F27A2" w:rsidRPr="00E043F9" w:rsidRDefault="00E043F9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E043F9">
              <w:rPr>
                <w:rFonts w:asciiTheme="majorHAnsi" w:hAnsiTheme="majorHAnsi" w:cstheme="majorHAnsi"/>
                <w:sz w:val="24"/>
                <w:szCs w:val="24"/>
              </w:rPr>
              <w:t>Exigentes para generar crecimiento</w:t>
            </w:r>
          </w:p>
        </w:tc>
      </w:tr>
    </w:tbl>
    <w:p w:rsidR="003F1D20" w:rsidRPr="00913EAC" w:rsidRDefault="003F1D20" w:rsidP="003F1D20">
      <w:pPr>
        <w:ind w:right="-858"/>
        <w:rPr>
          <w:rFonts w:asciiTheme="majorHAnsi" w:hAnsiTheme="majorHAnsi" w:cstheme="majorHAnsi"/>
          <w:b/>
          <w:i/>
          <w:sz w:val="24"/>
          <w:szCs w:val="24"/>
        </w:rPr>
      </w:pPr>
      <w:r w:rsidRPr="00913EAC">
        <w:rPr>
          <w:rFonts w:asciiTheme="majorHAnsi" w:hAnsiTheme="majorHAnsi" w:cstheme="majorHAnsi"/>
          <w:b/>
          <w:i/>
          <w:sz w:val="24"/>
          <w:szCs w:val="24"/>
        </w:rPr>
        <w:lastRenderedPageBreak/>
        <w:t>SMART vs HARD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El mejor objetivo: SMART en la cabeza, HARD en el corazón.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i/>
          <w:sz w:val="24"/>
          <w:szCs w:val="24"/>
        </w:rPr>
      </w:pPr>
      <w:r w:rsidRPr="00913EAC">
        <w:rPr>
          <w:rFonts w:asciiTheme="majorHAnsi" w:hAnsiTheme="majorHAnsi" w:cstheme="majorHAnsi"/>
          <w:i/>
          <w:sz w:val="24"/>
          <w:szCs w:val="24"/>
        </w:rPr>
        <w:t>Ejemplo en Deporte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SMART: Entrenar 4 veces por semana para correr 21K en menos de 2 horas en Rosario el 15 de mayo.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HARD: Cruzar esa meta y demostrarme que soy capaz de terminar lo que empiezo.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Preguntas de Reflexión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¿Qué logro quiero alcanzar este año?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¿Qué estoy dispuesto a entrenar para conseguirlo?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¿Qué sentiré cuando lo logre?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  <w:r w:rsidRPr="00913EAC">
        <w:rPr>
          <w:rFonts w:asciiTheme="majorHAnsi" w:hAnsiTheme="majorHAnsi" w:cstheme="majorHAnsi"/>
          <w:sz w:val="24"/>
          <w:szCs w:val="24"/>
        </w:rPr>
        <w:t>- ¿Qué cambiará en mí?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b/>
          <w:i/>
          <w:sz w:val="24"/>
          <w:szCs w:val="24"/>
        </w:rPr>
      </w:pPr>
      <w:r w:rsidRPr="00913EAC">
        <w:rPr>
          <w:rFonts w:asciiTheme="majorHAnsi" w:hAnsiTheme="majorHAnsi" w:cstheme="majorHAnsi"/>
          <w:b/>
          <w:i/>
          <w:sz w:val="24"/>
          <w:szCs w:val="24"/>
        </w:rPr>
        <w:t>El objetivo no es solo una frase. Es una decisión. Se escribe en papel, pero se cumple en entrenamiento. Un deportista con objetivos no sólo entrena: se transforma.</w:t>
      </w:r>
    </w:p>
    <w:p w:rsidR="003F1D20" w:rsidRPr="00913EAC" w:rsidRDefault="003F1D20" w:rsidP="003F1D20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8F27A2" w:rsidRPr="00E043F9" w:rsidRDefault="008F27A2" w:rsidP="003F1D20">
      <w:pPr>
        <w:pStyle w:val="Ttulo2"/>
        <w:rPr>
          <w:rFonts w:cstheme="majorHAnsi"/>
          <w:sz w:val="24"/>
          <w:szCs w:val="24"/>
        </w:rPr>
      </w:pPr>
    </w:p>
    <w:sectPr w:rsidR="008F27A2" w:rsidRPr="00E043F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3F1D20"/>
    <w:rsid w:val="008266BE"/>
    <w:rsid w:val="008F27A2"/>
    <w:rsid w:val="00AA1D8D"/>
    <w:rsid w:val="00B47730"/>
    <w:rsid w:val="00CB0664"/>
    <w:rsid w:val="00E043F9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0331F8-643E-4C37-BED7-933F8A5DA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507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3294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User!</cp:lastModifiedBy>
  <cp:revision>4</cp:revision>
  <dcterms:created xsi:type="dcterms:W3CDTF">2013-12-23T23:15:00Z</dcterms:created>
  <dcterms:modified xsi:type="dcterms:W3CDTF">2025-10-13T14:12:00Z</dcterms:modified>
  <cp:category/>
</cp:coreProperties>
</file>