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26C" w:rsidRPr="00F7540E" w:rsidRDefault="008E5FBE">
      <w:pPr>
        <w:pStyle w:val="Ttulo1"/>
        <w:ind w:right="-432"/>
        <w:rPr>
          <w:rFonts w:cstheme="majorHAnsi"/>
          <w:color w:val="auto"/>
          <w:sz w:val="22"/>
          <w:szCs w:val="22"/>
          <w:lang w:val="es-AR"/>
        </w:rPr>
      </w:pPr>
      <w:r w:rsidRPr="00F7540E">
        <w:rPr>
          <w:rFonts w:cstheme="majorHAnsi"/>
          <w:color w:val="auto"/>
          <w:sz w:val="22"/>
          <w:szCs w:val="22"/>
          <w:lang w:val="es-AR"/>
        </w:rPr>
        <w:t>Dinámica: El Equipo en el Espejo</w:t>
      </w:r>
    </w:p>
    <w:p w:rsidR="004D026C" w:rsidRPr="00F7540E" w:rsidRDefault="004D026C">
      <w:pPr>
        <w:ind w:right="-432"/>
        <w:rPr>
          <w:rFonts w:asciiTheme="majorHAnsi" w:hAnsiTheme="majorHAnsi" w:cstheme="majorHAnsi"/>
          <w:lang w:val="es-AR"/>
        </w:rPr>
      </w:pP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Objetivo: Reflexionar sobre las 5 disfunciones de un equipo (falta de confianza, miedo al conflicto, falta de compromiso, evitación de la responsabilidad y falta de atención a los resultados) y detectar cómo se manifiestan en los equipos deportivos o de trabajo.</w:t>
      </w: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1. Reflexiona sobre los siguientes ejemplos:</w:t>
      </w:r>
    </w:p>
    <w:p w:rsidR="004D026C" w:rsidRPr="00F7540E" w:rsidRDefault="008E5FBE" w:rsidP="008E5FBE">
      <w:pPr>
        <w:ind w:left="720"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- Falta de confianza: jugadores que ocultan errores o debilidades.</w:t>
      </w:r>
    </w:p>
    <w:p w:rsidR="004D026C" w:rsidRPr="00F7540E" w:rsidRDefault="008E5FBE" w:rsidP="008E5FBE">
      <w:pPr>
        <w:ind w:right="-432" w:firstLine="720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- Miedo al conflicto: se evita discutir jugadas o errores por no incomodar.</w:t>
      </w:r>
    </w:p>
    <w:p w:rsidR="004D026C" w:rsidRPr="00F7540E" w:rsidRDefault="008E5FBE" w:rsidP="008E5FBE">
      <w:pPr>
        <w:ind w:right="-432" w:firstLine="720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- Falta de compromiso: decisiones a medias, falta de claridad en objetivos.</w:t>
      </w:r>
    </w:p>
    <w:p w:rsidR="004D026C" w:rsidRPr="00F7540E" w:rsidRDefault="008E5FBE" w:rsidP="008E5FBE">
      <w:pPr>
        <w:ind w:right="-432" w:firstLine="720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- Evitación de la responsabilidad: nadie asume errores ni exige a los demás.</w:t>
      </w:r>
    </w:p>
    <w:p w:rsidR="004D026C" w:rsidRPr="00F7540E" w:rsidRDefault="008E5FBE" w:rsidP="008E5FBE">
      <w:pPr>
        <w:ind w:left="720"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- Falta de atención a los resultados: se priorizan intereses personales sobre el éxito del equipo.</w:t>
      </w: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2. Elegir una de las 5 disfunciones y responde las siguientes preguntas:</w:t>
      </w:r>
    </w:p>
    <w:p w:rsidR="004D026C" w:rsidRPr="00F7540E" w:rsidRDefault="008E5FBE" w:rsidP="008E5FBE">
      <w:pPr>
        <w:ind w:right="-432" w:firstLine="720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• ¿Cómo se manifiesta esta disfunción en un equipo deportivo real?</w:t>
      </w:r>
    </w:p>
    <w:p w:rsidR="004D026C" w:rsidRPr="00F7540E" w:rsidRDefault="008E5FBE" w:rsidP="008E5FBE">
      <w:pPr>
        <w:ind w:right="-432" w:firstLine="720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• ¿Qué comportamientos del líder o del grupo la fomentan?</w:t>
      </w:r>
    </w:p>
    <w:p w:rsidR="004D026C" w:rsidRPr="00F7540E" w:rsidRDefault="008E5FBE" w:rsidP="008E5FBE">
      <w:pPr>
        <w:ind w:right="-432" w:firstLine="720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 xml:space="preserve">• ¿Qué estrategias podrían aplicarse desde el </w:t>
      </w:r>
      <w:proofErr w:type="spellStart"/>
      <w:r w:rsidRPr="00F7540E">
        <w:rPr>
          <w:rFonts w:asciiTheme="majorHAnsi" w:hAnsiTheme="majorHAnsi" w:cstheme="majorHAnsi"/>
          <w:lang w:val="es-AR"/>
        </w:rPr>
        <w:t>coaching</w:t>
      </w:r>
      <w:proofErr w:type="spellEnd"/>
      <w:r w:rsidRPr="00F7540E">
        <w:rPr>
          <w:rFonts w:asciiTheme="majorHAnsi" w:hAnsiTheme="majorHAnsi" w:cstheme="majorHAnsi"/>
          <w:lang w:val="es-AR"/>
        </w:rPr>
        <w:t xml:space="preserve"> deportivo para transformarla?</w:t>
      </w:r>
    </w:p>
    <w:p w:rsidR="008E5FBE" w:rsidRPr="00F7540E" w:rsidRDefault="008E5FBE" w:rsidP="008E5FBE">
      <w:pPr>
        <w:ind w:right="-432" w:firstLine="720"/>
        <w:rPr>
          <w:rFonts w:asciiTheme="majorHAnsi" w:hAnsiTheme="majorHAnsi" w:cstheme="majorHAnsi"/>
          <w:lang w:val="es-AR"/>
        </w:rPr>
      </w:pP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3.  Compartir  su análisis con el resto del curso. Tomen nota de las ideas o frases clave que surjan.</w:t>
      </w:r>
    </w:p>
    <w:p w:rsidR="008E5FBE" w:rsidRPr="00F7540E" w:rsidRDefault="008E5FBE">
      <w:pPr>
        <w:ind w:right="-432"/>
        <w:rPr>
          <w:rFonts w:asciiTheme="majorHAnsi" w:hAnsiTheme="majorHAnsi" w:cstheme="majorHAnsi"/>
          <w:lang w:val="es-AR"/>
        </w:rPr>
      </w:pP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TAREA:</w:t>
      </w: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1. Reflexión individual: responder:</w:t>
      </w: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• ¿Cuál/les de estas disfunciones identifico en mi propio equipo o grupo?</w:t>
      </w:r>
    </w:p>
    <w:p w:rsidR="004D026C" w:rsidRPr="00F7540E" w:rsidRDefault="008E5FBE">
      <w:pPr>
        <w:ind w:right="-432"/>
        <w:rPr>
          <w:rFonts w:asciiTheme="majorHAnsi" w:hAnsiTheme="majorHAnsi" w:cstheme="majorHAnsi"/>
          <w:lang w:val="es-AR"/>
        </w:rPr>
      </w:pPr>
      <w:r w:rsidRPr="00F7540E">
        <w:rPr>
          <w:rFonts w:asciiTheme="majorHAnsi" w:hAnsiTheme="majorHAnsi" w:cstheme="majorHAnsi"/>
          <w:lang w:val="es-AR"/>
        </w:rPr>
        <w:t>• ¿Qué puedo hacer, como coach o deportista, para mejorar esa área?</w:t>
      </w:r>
    </w:p>
    <w:p w:rsidR="004D026C" w:rsidRPr="008E5FBE" w:rsidRDefault="004D026C">
      <w:pPr>
        <w:rPr>
          <w:lang w:val="es-AR"/>
        </w:rPr>
      </w:pPr>
    </w:p>
    <w:p w:rsidR="004D026C" w:rsidRPr="008E5FBE" w:rsidRDefault="004D026C">
      <w:pPr>
        <w:rPr>
          <w:lang w:val="es-AR"/>
        </w:rPr>
      </w:pPr>
      <w:bookmarkStart w:id="0" w:name="_GoBack"/>
      <w:bookmarkEnd w:id="0"/>
    </w:p>
    <w:sectPr w:rsidR="004D026C" w:rsidRPr="008E5FB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3C0E2F"/>
    <w:rsid w:val="004D026C"/>
    <w:rsid w:val="008E5FBE"/>
    <w:rsid w:val="00AA1D8D"/>
    <w:rsid w:val="00B47730"/>
    <w:rsid w:val="00CB0664"/>
    <w:rsid w:val="00F7540E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D555ECE-6340-4FAD-8C03-CA575BDA7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1110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1309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User!</cp:lastModifiedBy>
  <cp:revision>4</cp:revision>
  <dcterms:created xsi:type="dcterms:W3CDTF">2025-10-09T14:13:00Z</dcterms:created>
  <dcterms:modified xsi:type="dcterms:W3CDTF">2025-10-13T12:32:00Z</dcterms:modified>
</cp:coreProperties>
</file>