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824" w:rsidRPr="00C93906" w:rsidRDefault="00C93906">
      <w:pPr>
        <w:pStyle w:val="Ttulo1"/>
        <w:rPr>
          <w:color w:val="auto"/>
        </w:rPr>
      </w:pPr>
      <w:r w:rsidRPr="00C93906">
        <w:rPr>
          <w:color w:val="auto"/>
        </w:rPr>
        <w:t>Tarea - Objetivos SMART &amp; HARD</w:t>
      </w:r>
    </w:p>
    <w:p w:rsidR="00690824" w:rsidRPr="00C93906" w:rsidRDefault="00C93906">
      <w:r>
        <w:br/>
      </w:r>
      <w:proofErr w:type="spellStart"/>
      <w:r w:rsidRPr="00C93906">
        <w:t>Objetivo</w:t>
      </w:r>
      <w:proofErr w:type="spellEnd"/>
      <w:r w:rsidRPr="00C93906">
        <w:t xml:space="preserve"> de la </w:t>
      </w:r>
      <w:proofErr w:type="spellStart"/>
      <w:r w:rsidRPr="00C93906">
        <w:t>actividad</w:t>
      </w:r>
      <w:proofErr w:type="spellEnd"/>
    </w:p>
    <w:p w:rsidR="00690824" w:rsidRPr="00C93906" w:rsidRDefault="00C93906">
      <w:r w:rsidRPr="00C93906">
        <w:t xml:space="preserve">Aplicar los modelos SMART y HARD para transformar </w:t>
      </w:r>
      <w:proofErr w:type="gramStart"/>
      <w:r w:rsidRPr="00C93906">
        <w:t>un</w:t>
      </w:r>
      <w:proofErr w:type="gramEnd"/>
      <w:r w:rsidRPr="00C93906">
        <w:t xml:space="preserve"> deseo deportivo en un objetivo claro, medible y emocionalmente significativo.</w:t>
      </w:r>
    </w:p>
    <w:p w:rsidR="00C93906" w:rsidRDefault="00C93906"/>
    <w:p w:rsidR="00690824" w:rsidRPr="00C93906" w:rsidRDefault="00C93906">
      <w:proofErr w:type="spellStart"/>
      <w:r w:rsidRPr="00C93906">
        <w:t>Consigna</w:t>
      </w:r>
      <w:proofErr w:type="spellEnd"/>
      <w:r w:rsidRPr="00C93906">
        <w:t xml:space="preserve"> General</w:t>
      </w:r>
    </w:p>
    <w:p w:rsidR="00690824" w:rsidRPr="00C93906" w:rsidRDefault="00C93906">
      <w:r w:rsidRPr="00C93906">
        <w:t xml:space="preserve">Elegí </w:t>
      </w:r>
      <w:proofErr w:type="gramStart"/>
      <w:r w:rsidRPr="00C93906">
        <w:t>un</w:t>
      </w:r>
      <w:proofErr w:type="gramEnd"/>
      <w:r w:rsidRPr="00C93906">
        <w:t xml:space="preserve"> objetivo deportivo personal o de un</w:t>
      </w:r>
      <w:r w:rsidRPr="00C93906">
        <w:t xml:space="preserve"> atleta que entrenes y redáctalo en formato SMART y luego en formato HARD.</w:t>
      </w:r>
    </w:p>
    <w:p w:rsidR="00690824" w:rsidRPr="00C93906" w:rsidRDefault="00C93906">
      <w:r w:rsidRPr="00C93906">
        <w:br/>
      </w:r>
      <w:r w:rsidRPr="00C93906">
        <w:t xml:space="preserve">Parte 1 – </w:t>
      </w:r>
      <w:proofErr w:type="spellStart"/>
      <w:r w:rsidRPr="00C93906">
        <w:t>Identificar</w:t>
      </w:r>
      <w:proofErr w:type="spellEnd"/>
      <w:r w:rsidRPr="00C93906">
        <w:t xml:space="preserve"> el deseo o </w:t>
      </w:r>
      <w:proofErr w:type="gramStart"/>
      <w:r w:rsidRPr="00C93906">
        <w:t>meta</w:t>
      </w:r>
      <w:proofErr w:type="gramEnd"/>
      <w:r w:rsidRPr="00C93906">
        <w:t xml:space="preserve"> inicial</w:t>
      </w:r>
    </w:p>
    <w:p w:rsidR="00690824" w:rsidRPr="00C93906" w:rsidRDefault="00C93906">
      <w:r w:rsidRPr="00C93906">
        <w:t xml:space="preserve">Escribí </w:t>
      </w:r>
      <w:proofErr w:type="gramStart"/>
      <w:r w:rsidRPr="00C93906">
        <w:t>un</w:t>
      </w:r>
      <w:proofErr w:type="gramEnd"/>
      <w:r w:rsidRPr="00C93906">
        <w:t xml:space="preserve"> deseo o intención (ejemplo: “quiero mejorar mi resistencia”).</w:t>
      </w:r>
    </w:p>
    <w:p w:rsidR="00690824" w:rsidRPr="00C93906" w:rsidRDefault="00C93906">
      <w:r w:rsidRPr="00C93906">
        <w:t>Deseo inicial: ___________________________________________</w:t>
      </w:r>
      <w:r w:rsidRPr="00C93906">
        <w:t>_____</w:t>
      </w:r>
    </w:p>
    <w:p w:rsidR="00690824" w:rsidRPr="00C93906" w:rsidRDefault="00C93906">
      <w:r w:rsidRPr="00C93906">
        <w:br/>
      </w:r>
      <w:r w:rsidRPr="00C93906">
        <w:t xml:space="preserve">Parte 2 – </w:t>
      </w:r>
      <w:proofErr w:type="spellStart"/>
      <w:r w:rsidRPr="00C93906">
        <w:t>Convertirlo</w:t>
      </w:r>
      <w:proofErr w:type="spellEnd"/>
      <w:r w:rsidRPr="00C93906">
        <w:t xml:space="preserve"> en Objetivo SMART</w:t>
      </w:r>
    </w:p>
    <w:p w:rsidR="00690824" w:rsidRPr="00C93906" w:rsidRDefault="00C93906">
      <w:r w:rsidRPr="00C93906">
        <w:t>1. Específico: ¿Qué quiero exactamente?</w:t>
      </w:r>
    </w:p>
    <w:p w:rsidR="00690824" w:rsidRPr="00C93906" w:rsidRDefault="00C93906">
      <w:r w:rsidRPr="00C93906">
        <w:t>______________________________________________________________</w:t>
      </w:r>
    </w:p>
    <w:p w:rsidR="00690824" w:rsidRPr="00C93906" w:rsidRDefault="00C93906">
      <w:r w:rsidRPr="00C93906">
        <w:t>2. Medible: ¿Cómo sabré que lo logré?</w:t>
      </w:r>
    </w:p>
    <w:p w:rsidR="00690824" w:rsidRPr="00C93906" w:rsidRDefault="00C93906">
      <w:r w:rsidRPr="00C93906">
        <w:t>______________________________________________________________</w:t>
      </w:r>
    </w:p>
    <w:p w:rsidR="00690824" w:rsidRPr="00C93906" w:rsidRDefault="00C93906">
      <w:r w:rsidRPr="00C93906">
        <w:t>3.</w:t>
      </w:r>
      <w:r w:rsidRPr="00C93906">
        <w:t xml:space="preserve"> Alcanzable: ¿Tengo recursos y condiciones?</w:t>
      </w:r>
    </w:p>
    <w:p w:rsidR="00690824" w:rsidRPr="00C93906" w:rsidRDefault="00C93906">
      <w:r w:rsidRPr="00C93906">
        <w:t>______________________________________________________________</w:t>
      </w:r>
    </w:p>
    <w:p w:rsidR="00690824" w:rsidRPr="00C93906" w:rsidRDefault="00C93906">
      <w:r w:rsidRPr="00C93906">
        <w:t>4. Relevante: ¿Por qué es importante para mí?</w:t>
      </w:r>
    </w:p>
    <w:p w:rsidR="00690824" w:rsidRPr="00C93906" w:rsidRDefault="00C93906">
      <w:r w:rsidRPr="00C93906">
        <w:t>______________________________________________________________</w:t>
      </w:r>
    </w:p>
    <w:p w:rsidR="00690824" w:rsidRPr="00C93906" w:rsidRDefault="00C93906">
      <w:r w:rsidRPr="00C93906">
        <w:t>5. Temporal: ¿En qué plazo?</w:t>
      </w:r>
    </w:p>
    <w:p w:rsidR="00690824" w:rsidRPr="00C93906" w:rsidRDefault="00C93906">
      <w:r w:rsidRPr="00C93906">
        <w:t>____________</w:t>
      </w:r>
      <w:r w:rsidRPr="00C93906">
        <w:t>__________________________________________________</w:t>
      </w:r>
    </w:p>
    <w:p w:rsidR="00C93906" w:rsidRDefault="00C93906"/>
    <w:p w:rsidR="00690824" w:rsidRPr="00C93906" w:rsidRDefault="00C93906">
      <w:proofErr w:type="spellStart"/>
      <w:r w:rsidRPr="00C93906">
        <w:t>Objetivo</w:t>
      </w:r>
      <w:proofErr w:type="spellEnd"/>
      <w:r w:rsidRPr="00C93906">
        <w:t xml:space="preserve"> SMART final: _______________________________________</w:t>
      </w:r>
    </w:p>
    <w:p w:rsidR="00690824" w:rsidRPr="00C93906" w:rsidRDefault="00C93906">
      <w:r>
        <w:lastRenderedPageBreak/>
        <w:br/>
      </w:r>
      <w:r w:rsidRPr="00C93906">
        <w:t xml:space="preserve">Parte 3 – </w:t>
      </w:r>
      <w:proofErr w:type="spellStart"/>
      <w:r w:rsidRPr="00C93906">
        <w:t>Transformarlo</w:t>
      </w:r>
      <w:proofErr w:type="spellEnd"/>
      <w:r w:rsidRPr="00C93906">
        <w:t xml:space="preserve"> en Objetivo HARD</w:t>
      </w:r>
    </w:p>
    <w:p w:rsidR="00690824" w:rsidRPr="00C93906" w:rsidRDefault="00C93906">
      <w:r w:rsidRPr="00C93906">
        <w:t>1. Heartfelt (Emoción): ¿Qué sentiré si lo logro?</w:t>
      </w:r>
    </w:p>
    <w:p w:rsidR="00690824" w:rsidRPr="00C93906" w:rsidRDefault="00C93906">
      <w:r w:rsidRPr="00C93906">
        <w:t>_____________________________________________</w:t>
      </w:r>
      <w:r w:rsidRPr="00C93906">
        <w:t>_________________</w:t>
      </w:r>
    </w:p>
    <w:p w:rsidR="00690824" w:rsidRPr="00C93906" w:rsidRDefault="00C93906">
      <w:r w:rsidRPr="00C93906">
        <w:t>2. Animated (Visualización): ¿Cómo me imagino el momento de lograrlo?</w:t>
      </w:r>
    </w:p>
    <w:p w:rsidR="00690824" w:rsidRPr="00C93906" w:rsidRDefault="00C93906">
      <w:r w:rsidRPr="00C93906">
        <w:t>______________________________________________________________</w:t>
      </w:r>
    </w:p>
    <w:p w:rsidR="00690824" w:rsidRPr="00C93906" w:rsidRDefault="00C93906">
      <w:r w:rsidRPr="00C93906">
        <w:t>3. Required (Necesidad): ¿Por qué lo necesito ahora?</w:t>
      </w:r>
    </w:p>
    <w:p w:rsidR="00690824" w:rsidRPr="00C93906" w:rsidRDefault="00C93906">
      <w:r w:rsidRPr="00C93906">
        <w:t>____________________________________________________</w:t>
      </w:r>
      <w:r w:rsidRPr="00C93906">
        <w:t>__________</w:t>
      </w:r>
    </w:p>
    <w:p w:rsidR="00690824" w:rsidRPr="00C93906" w:rsidRDefault="00C93906">
      <w:r w:rsidRPr="00C93906">
        <w:t>4. Difficult (Desafío): ¿Qué desafío implica para mi crecimiento?</w:t>
      </w:r>
    </w:p>
    <w:p w:rsidR="00690824" w:rsidRPr="00C93906" w:rsidRDefault="00C93906">
      <w:r w:rsidRPr="00C93906">
        <w:t>______________________________________________________________</w:t>
      </w:r>
    </w:p>
    <w:p w:rsidR="00690824" w:rsidRPr="00C93906" w:rsidRDefault="00C93906">
      <w:proofErr w:type="spellStart"/>
      <w:r w:rsidRPr="00C93906">
        <w:t>Objetivo</w:t>
      </w:r>
      <w:proofErr w:type="spellEnd"/>
      <w:r w:rsidRPr="00C93906">
        <w:t xml:space="preserve"> HARD final: ________________________________________</w:t>
      </w:r>
    </w:p>
    <w:p w:rsidR="00690824" w:rsidRPr="00C93906" w:rsidRDefault="00C93906">
      <w:r w:rsidRPr="00C93906">
        <w:br/>
      </w:r>
      <w:r w:rsidRPr="00C93906">
        <w:t xml:space="preserve">Parte 4 – </w:t>
      </w:r>
      <w:proofErr w:type="spellStart"/>
      <w:r w:rsidRPr="00C93906">
        <w:t>Reflexión</w:t>
      </w:r>
      <w:proofErr w:type="spellEnd"/>
      <w:r w:rsidRPr="00C93906">
        <w:t xml:space="preserve"> final</w:t>
      </w:r>
    </w:p>
    <w:p w:rsidR="00690824" w:rsidRPr="00C93906" w:rsidRDefault="00C93906">
      <w:r w:rsidRPr="00C93906">
        <w:t xml:space="preserve">¿En </w:t>
      </w:r>
      <w:r w:rsidRPr="00C93906">
        <w:t xml:space="preserve">qué cambia mi motivación cuando escribo </w:t>
      </w:r>
      <w:proofErr w:type="gramStart"/>
      <w:r w:rsidRPr="00C93906">
        <w:t>un</w:t>
      </w:r>
      <w:proofErr w:type="gramEnd"/>
      <w:r w:rsidRPr="00C93906">
        <w:t xml:space="preserve"> objetivo con la cabeza (SMART) y cuando lo escribo con el corazón (HARD)?</w:t>
      </w:r>
    </w:p>
    <w:sectPr w:rsidR="00690824" w:rsidRPr="00C9390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690824"/>
    <w:rsid w:val="00AA1D8D"/>
    <w:rsid w:val="00B47730"/>
    <w:rsid w:val="00C93906"/>
    <w:rsid w:val="00CB0664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1866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User!</cp:lastModifiedBy>
  <cp:revision>3</cp:revision>
  <dcterms:created xsi:type="dcterms:W3CDTF">2013-12-23T23:15:00Z</dcterms:created>
  <dcterms:modified xsi:type="dcterms:W3CDTF">2025-10-13T14:52:00Z</dcterms:modified>
  <cp:category/>
</cp:coreProperties>
</file>